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4ED2" w14:textId="1A55895E" w:rsidR="000C2957" w:rsidRPr="00220679" w:rsidRDefault="00B005CD">
      <w:pPr>
        <w:pStyle w:val="Title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Autumn Ponce</w:t>
      </w:r>
    </w:p>
    <w:p w14:paraId="338B8E5B" w14:textId="38BC1D2E" w:rsidR="000C2957" w:rsidRPr="00220679" w:rsidRDefault="00B005CD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2501 Ashmun Street, Lot 40, Sault Ste Marie, MI, 49783</w:t>
      </w:r>
    </w:p>
    <w:p w14:paraId="5C8740A0" w14:textId="0A6A0A0B" w:rsidR="00541539" w:rsidRPr="00220679" w:rsidRDefault="00541539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906-322-7357</w:t>
      </w:r>
    </w:p>
    <w:p w14:paraId="509CA165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Objective</w:t>
      </w:r>
    </w:p>
    <w:p w14:paraId="23E8867F" w14:textId="77777777" w:rsidR="000C2957" w:rsidRPr="00220679" w:rsidRDefault="00220679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Aspiring speech pathologist and special education teacher with hands-on experience supporting students with communication needs and behavioral challenges. Currently completing a degree in Liberal Arts while working as a virtual aide for a school speech therapist. Passionate about inclusive education, student support, and building strong, trusting relationships with learners.</w:t>
      </w:r>
    </w:p>
    <w:p w14:paraId="2A7C71B5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Education</w:t>
      </w:r>
    </w:p>
    <w:p w14:paraId="0322EFBE" w14:textId="23B8478D" w:rsidR="000C2957" w:rsidRPr="00220679" w:rsidRDefault="00220679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Bay Mills Community College – Brimley, MI</w:t>
      </w:r>
      <w:r w:rsidRPr="00220679">
        <w:rPr>
          <w:rFonts w:ascii="Times New Roman" w:hAnsi="Times New Roman" w:cs="Times New Roman"/>
          <w:sz w:val="20"/>
          <w:szCs w:val="20"/>
        </w:rPr>
        <w:br/>
        <w:t>A.A. in Liberal Arts – In Progress</w:t>
      </w:r>
      <w:r w:rsidRPr="00220679">
        <w:rPr>
          <w:rFonts w:ascii="Times New Roman" w:hAnsi="Times New Roman" w:cs="Times New Roman"/>
          <w:sz w:val="20"/>
          <w:szCs w:val="20"/>
        </w:rPr>
        <w:br/>
        <w:t xml:space="preserve">Expected Graduation: </w:t>
      </w:r>
      <w:r w:rsidRPr="00220679">
        <w:rPr>
          <w:rFonts w:ascii="Times New Roman" w:hAnsi="Times New Roman" w:cs="Times New Roman"/>
          <w:sz w:val="20"/>
          <w:szCs w:val="20"/>
        </w:rPr>
        <w:br/>
        <w:t>Relevant Coursework: Child Development, Educational Psychology, Special Education Foundations</w:t>
      </w:r>
    </w:p>
    <w:p w14:paraId="6E540E55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Certifications</w:t>
      </w:r>
    </w:p>
    <w:p w14:paraId="29B6C992" w14:textId="6F9DBDE4" w:rsidR="000C2957" w:rsidRPr="00220679" w:rsidRDefault="00220679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 xml:space="preserve">Certified Medical Assistant (CMA) </w:t>
      </w:r>
    </w:p>
    <w:p w14:paraId="645FA5CD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Teaching &amp; Related Experience</w:t>
      </w:r>
    </w:p>
    <w:p w14:paraId="4468996A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Virtual Speech Therapy Aide</w:t>
      </w:r>
      <w:r w:rsidRPr="00220679">
        <w:rPr>
          <w:rFonts w:ascii="Times New Roman" w:hAnsi="Times New Roman" w:cs="Times New Roman"/>
          <w:sz w:val="20"/>
          <w:szCs w:val="20"/>
        </w:rPr>
        <w:br/>
        <w:t>Eastern Upper Peninsula ISD, Sault Area Middle School — Sept. 2023 – Present</w:t>
      </w:r>
    </w:p>
    <w:p w14:paraId="7BD25F94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Support middle school students during online speech therapy sessions.</w:t>
      </w:r>
    </w:p>
    <w:p w14:paraId="50A9BC6E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Help monitor engagement and assist with therapy materials.</w:t>
      </w:r>
    </w:p>
    <w:p w14:paraId="1AAEB7FB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Communicate regularly with therapists and school staff.</w:t>
      </w:r>
    </w:p>
    <w:p w14:paraId="3BD4E0DD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Behavior Technician</w:t>
      </w:r>
      <w:r w:rsidRPr="00220679">
        <w:rPr>
          <w:rFonts w:ascii="Times New Roman" w:hAnsi="Times New Roman" w:cs="Times New Roman"/>
          <w:sz w:val="20"/>
          <w:szCs w:val="20"/>
        </w:rPr>
        <w:br/>
        <w:t>Centria Autism — 2018 – Nov. 2019</w:t>
      </w:r>
    </w:p>
    <w:p w14:paraId="70C35F77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Provided in-home behavioral therapy for children with autism spectrum disorder.</w:t>
      </w:r>
    </w:p>
    <w:p w14:paraId="123248A0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Followed treatment plans, collected behavior data, and worked closely with families.</w:t>
      </w:r>
    </w:p>
    <w:p w14:paraId="2E18E749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Left position due to childcare responsibilities.</w:t>
      </w:r>
    </w:p>
    <w:p w14:paraId="0C6DA81A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Caregiver</w:t>
      </w:r>
      <w:r w:rsidRPr="00220679">
        <w:rPr>
          <w:rFonts w:ascii="Times New Roman" w:hAnsi="Times New Roman" w:cs="Times New Roman"/>
          <w:sz w:val="20"/>
          <w:szCs w:val="20"/>
        </w:rPr>
        <w:br/>
        <w:t>Adult Learning Systems — Early 2020</w:t>
      </w:r>
    </w:p>
    <w:p w14:paraId="65D692FB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Cared for adults with disabilities in a group home setting.</w:t>
      </w:r>
    </w:p>
    <w:p w14:paraId="73D1A775" w14:textId="77777777" w:rsidR="000C2957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Assisted with daily routines and managed safety concerns during pregnancy.</w:t>
      </w:r>
    </w:p>
    <w:p w14:paraId="28DAF49A" w14:textId="77777777" w:rsidR="00220679" w:rsidRDefault="00220679" w:rsidP="00220679">
      <w:pPr>
        <w:pStyle w:val="ListBullet2"/>
        <w:numPr>
          <w:ilvl w:val="0"/>
          <w:numId w:val="0"/>
        </w:numPr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0E26AF3A" w14:textId="77777777" w:rsidR="00220679" w:rsidRDefault="00220679" w:rsidP="00220679">
      <w:pPr>
        <w:pStyle w:val="ListBullet2"/>
        <w:numPr>
          <w:ilvl w:val="0"/>
          <w:numId w:val="0"/>
        </w:numPr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5C14FEBC" w14:textId="77777777" w:rsidR="00220679" w:rsidRPr="00220679" w:rsidRDefault="00220679" w:rsidP="00220679">
      <w:pPr>
        <w:pStyle w:val="ListBullet2"/>
        <w:numPr>
          <w:ilvl w:val="0"/>
          <w:numId w:val="0"/>
        </w:numPr>
        <w:ind w:left="720" w:hanging="360"/>
        <w:rPr>
          <w:rFonts w:ascii="Times New Roman" w:hAnsi="Times New Roman" w:cs="Times New Roman"/>
          <w:sz w:val="20"/>
          <w:szCs w:val="20"/>
        </w:rPr>
      </w:pPr>
    </w:p>
    <w:p w14:paraId="4D123282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lastRenderedPageBreak/>
        <w:t>Certified Medical Assistant</w:t>
      </w:r>
      <w:r w:rsidRPr="00220679">
        <w:rPr>
          <w:rFonts w:ascii="Times New Roman" w:hAnsi="Times New Roman" w:cs="Times New Roman"/>
          <w:sz w:val="20"/>
          <w:szCs w:val="20"/>
        </w:rPr>
        <w:br/>
        <w:t>MyMichigan Medical Center – Sault Ste. Marie, MI — Dec. 2021 – Aug. 2023</w:t>
      </w:r>
    </w:p>
    <w:p w14:paraId="7D855EBF" w14:textId="77777777" w:rsidR="00541539" w:rsidRPr="00220679" w:rsidRDefault="00541539" w:rsidP="00541539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4E287A92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Supported physicians with patient care and clinical duties.</w:t>
      </w:r>
    </w:p>
    <w:p w14:paraId="01F3089C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Gained experience in communication, patience, and family interaction.</w:t>
      </w:r>
    </w:p>
    <w:p w14:paraId="639E0CC8" w14:textId="77777777" w:rsidR="000C2957" w:rsidRPr="00220679" w:rsidRDefault="00220679">
      <w:pPr>
        <w:pStyle w:val="ListBullet2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Learned to manage care for people with different physical and emotional needs.</w:t>
      </w:r>
    </w:p>
    <w:p w14:paraId="415D32C5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Skills</w:t>
      </w:r>
    </w:p>
    <w:p w14:paraId="2F717F71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Student support &amp; engagement</w:t>
      </w:r>
    </w:p>
    <w:p w14:paraId="3032DDA8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Empathetic communication</w:t>
      </w:r>
    </w:p>
    <w:p w14:paraId="2A6E3413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Behavior management</w:t>
      </w:r>
    </w:p>
    <w:p w14:paraId="60D07FA9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Virtual learning tools (Google Meet, Zoom)</w:t>
      </w:r>
    </w:p>
    <w:p w14:paraId="39BE7087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Patience, flexibility, and problem-solving</w:t>
      </w:r>
    </w:p>
    <w:p w14:paraId="59EFC7BA" w14:textId="77777777" w:rsidR="000C2957" w:rsidRPr="00220679" w:rsidRDefault="00220679">
      <w:pPr>
        <w:pStyle w:val="ListBullet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Familiarity with IEPs and therapy goals</w:t>
      </w:r>
    </w:p>
    <w:p w14:paraId="5ECE1EDC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Educational Philosophy</w:t>
      </w:r>
    </w:p>
    <w:p w14:paraId="2482B42B" w14:textId="77777777" w:rsidR="000C2957" w:rsidRPr="00220679" w:rsidRDefault="00220679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I believe every student deserves the chance to feel seen, supported, and valued in the classroom. As a Native American mother and college student, I understand how cultural background and life experiences shape a child’s needs. I strive to create learning environments that celebrate identity, encourage self-expression, and build resilience. Supporting students emotionally and academically is at the heart of why I want to teach.</w:t>
      </w:r>
    </w:p>
    <w:p w14:paraId="45468BB8" w14:textId="77777777" w:rsidR="000C2957" w:rsidRPr="00220679" w:rsidRDefault="00220679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References</w:t>
      </w:r>
    </w:p>
    <w:p w14:paraId="3E6AF13A" w14:textId="77777777" w:rsidR="000C2957" w:rsidRPr="00220679" w:rsidRDefault="00220679">
      <w:pPr>
        <w:rPr>
          <w:rFonts w:ascii="Times New Roman" w:hAnsi="Times New Roman" w:cs="Times New Roman"/>
          <w:sz w:val="20"/>
          <w:szCs w:val="20"/>
        </w:rPr>
      </w:pPr>
      <w:r w:rsidRPr="00220679">
        <w:rPr>
          <w:rFonts w:ascii="Times New Roman" w:hAnsi="Times New Roman" w:cs="Times New Roman"/>
          <w:sz w:val="20"/>
          <w:szCs w:val="20"/>
        </w:rPr>
        <w:t>Available upon request.</w:t>
      </w:r>
    </w:p>
    <w:sectPr w:rsidR="000C2957" w:rsidRPr="002206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7446619">
    <w:abstractNumId w:val="8"/>
  </w:num>
  <w:num w:numId="2" w16cid:durableId="1657415974">
    <w:abstractNumId w:val="6"/>
  </w:num>
  <w:num w:numId="3" w16cid:durableId="1962416886">
    <w:abstractNumId w:val="5"/>
  </w:num>
  <w:num w:numId="4" w16cid:durableId="1857646751">
    <w:abstractNumId w:val="4"/>
  </w:num>
  <w:num w:numId="5" w16cid:durableId="879168070">
    <w:abstractNumId w:val="7"/>
  </w:num>
  <w:num w:numId="6" w16cid:durableId="1798454894">
    <w:abstractNumId w:val="3"/>
  </w:num>
  <w:num w:numId="7" w16cid:durableId="1206828">
    <w:abstractNumId w:val="2"/>
  </w:num>
  <w:num w:numId="8" w16cid:durableId="420760843">
    <w:abstractNumId w:val="1"/>
  </w:num>
  <w:num w:numId="9" w16cid:durableId="145012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957"/>
    <w:rsid w:val="0015074B"/>
    <w:rsid w:val="00220679"/>
    <w:rsid w:val="0029639D"/>
    <w:rsid w:val="00326F90"/>
    <w:rsid w:val="00541539"/>
    <w:rsid w:val="00611491"/>
    <w:rsid w:val="00743C63"/>
    <w:rsid w:val="00AA1D8D"/>
    <w:rsid w:val="00B005CD"/>
    <w:rsid w:val="00B47730"/>
    <w:rsid w:val="00CB0664"/>
    <w:rsid w:val="00E61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0BD05"/>
  <w14:defaultImageDpi w14:val="300"/>
  <w15:docId w15:val="{5FC02786-427F-4809-BB36-586E3CC9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Autumn Ponce</cp:lastModifiedBy>
  <cp:revision>2</cp:revision>
  <dcterms:created xsi:type="dcterms:W3CDTF">2026-07-28T21:32:00Z</dcterms:created>
  <dcterms:modified xsi:type="dcterms:W3CDTF">2026-07-28T21:32:00Z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63162171-faa1-4c04-9853-79a307b19483</vt:lpwstr>
  </property>
</Properties>
</file>